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4AFB3" w14:textId="77777777" w:rsidR="000F6B76" w:rsidRPr="002B0436" w:rsidRDefault="000F6B76">
      <w:pPr>
        <w:rPr>
          <w:bCs/>
          <w:color w:val="4F81BD" w:themeColor="accent1"/>
          <w:sz w:val="56"/>
          <w:szCs w:val="56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0436">
        <w:rPr>
          <w:bCs/>
          <w:color w:val="4F81BD" w:themeColor="accent1"/>
          <w:sz w:val="56"/>
          <w:szCs w:val="56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Manual de Usuario TMS</w:t>
      </w:r>
    </w:p>
    <w:p w14:paraId="2DF536E0" w14:textId="77777777" w:rsidR="000F6B76" w:rsidRPr="001C334A" w:rsidRDefault="000F6B76">
      <w:pPr>
        <w:rPr>
          <w:lang w:val="it-IT"/>
        </w:rPr>
      </w:pPr>
    </w:p>
    <w:p w14:paraId="334708D7" w14:textId="77777777" w:rsidR="000F6B76" w:rsidRPr="002B0436" w:rsidRDefault="000F6B76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0436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Acceso al </w:t>
      </w:r>
      <w:proofErr w:type="spellStart"/>
      <w:r w:rsidRPr="002B0436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portal</w:t>
      </w:r>
      <w:proofErr w:type="spellEnd"/>
      <w:r w:rsidRPr="002B0436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 primer uso</w:t>
      </w:r>
    </w:p>
    <w:p w14:paraId="472AF54C" w14:textId="77777777" w:rsidR="000F6B76" w:rsidRPr="001C334A" w:rsidRDefault="000F6B76">
      <w:pPr>
        <w:rPr>
          <w:lang w:val="it-IT"/>
        </w:rPr>
      </w:pPr>
    </w:p>
    <w:p w14:paraId="5611529A" w14:textId="77777777" w:rsidR="000F6B76" w:rsidRPr="002B0436" w:rsidRDefault="000F6B76">
      <w:pPr>
        <w:rPr>
          <w:lang w:val="it-IT"/>
        </w:rPr>
      </w:pPr>
      <w:r w:rsidRPr="002B0436">
        <w:rPr>
          <w:lang w:val="it-IT"/>
        </w:rPr>
        <w:t xml:space="preserve">Este </w:t>
      </w:r>
      <w:proofErr w:type="spellStart"/>
      <w:r w:rsidRPr="002B0436">
        <w:rPr>
          <w:lang w:val="it-IT"/>
        </w:rPr>
        <w:t>manual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resume</w:t>
      </w:r>
      <w:proofErr w:type="spellEnd"/>
      <w:r w:rsidRPr="002B0436">
        <w:rPr>
          <w:lang w:val="it-IT"/>
        </w:rPr>
        <w:t xml:space="preserve"> solo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flujo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esencial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que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lleva</w:t>
      </w:r>
      <w:proofErr w:type="spellEnd"/>
      <w:r w:rsidRPr="002B0436">
        <w:rPr>
          <w:lang w:val="it-IT"/>
        </w:rPr>
        <w:t xml:space="preserve"> </w:t>
      </w:r>
      <w:proofErr w:type="gramStart"/>
      <w:r w:rsidRPr="002B0436">
        <w:rPr>
          <w:lang w:val="it-IT"/>
        </w:rPr>
        <w:t>al usuario</w:t>
      </w:r>
      <w:proofErr w:type="gram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desde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inicio</w:t>
      </w:r>
      <w:proofErr w:type="spellEnd"/>
      <w:r w:rsidRPr="002B0436">
        <w:rPr>
          <w:lang w:val="it-IT"/>
        </w:rPr>
        <w:t xml:space="preserve"> de </w:t>
      </w:r>
      <w:proofErr w:type="spellStart"/>
      <w:r w:rsidRPr="002B0436">
        <w:rPr>
          <w:lang w:val="it-IT"/>
        </w:rPr>
        <w:t>sesión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hasta</w:t>
      </w:r>
      <w:proofErr w:type="spellEnd"/>
      <w:r w:rsidRPr="002B0436">
        <w:rPr>
          <w:lang w:val="it-IT"/>
        </w:rPr>
        <w:t xml:space="preserve"> la </w:t>
      </w:r>
      <w:proofErr w:type="spellStart"/>
      <w:r w:rsidRPr="002B0436">
        <w:rPr>
          <w:lang w:val="it-IT"/>
        </w:rPr>
        <w:t>página</w:t>
      </w:r>
      <w:proofErr w:type="spellEnd"/>
      <w:r w:rsidRPr="002B0436">
        <w:rPr>
          <w:lang w:val="it-IT"/>
        </w:rPr>
        <w:t xml:space="preserve"> de </w:t>
      </w:r>
      <w:proofErr w:type="spellStart"/>
      <w:r w:rsidRPr="002B0436">
        <w:rPr>
          <w:lang w:val="it-IT"/>
        </w:rPr>
        <w:t>perfil</w:t>
      </w:r>
      <w:proofErr w:type="spellEnd"/>
      <w:r w:rsidRPr="002B0436">
        <w:rPr>
          <w:lang w:val="it-IT"/>
        </w:rPr>
        <w:t xml:space="preserve"> de usuario, para </w:t>
      </w:r>
      <w:proofErr w:type="spellStart"/>
      <w:r w:rsidRPr="002B0436">
        <w:rPr>
          <w:lang w:val="it-IT"/>
        </w:rPr>
        <w:t>empezar</w:t>
      </w:r>
      <w:proofErr w:type="spellEnd"/>
      <w:r w:rsidRPr="002B0436">
        <w:rPr>
          <w:lang w:val="it-IT"/>
        </w:rPr>
        <w:t xml:space="preserve"> a </w:t>
      </w:r>
      <w:proofErr w:type="spellStart"/>
      <w:r w:rsidRPr="002B0436">
        <w:rPr>
          <w:lang w:val="it-IT"/>
        </w:rPr>
        <w:t>utilizar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portal</w:t>
      </w:r>
      <w:proofErr w:type="spellEnd"/>
      <w:r w:rsidRPr="002B0436">
        <w:rPr>
          <w:lang w:val="it-IT"/>
        </w:rPr>
        <w:t xml:space="preserve"> de forma </w:t>
      </w:r>
      <w:proofErr w:type="spellStart"/>
      <w:r w:rsidRPr="002B0436">
        <w:rPr>
          <w:lang w:val="it-IT"/>
        </w:rPr>
        <w:t>rápida</w:t>
      </w:r>
      <w:proofErr w:type="spellEnd"/>
      <w:r w:rsidRPr="002B0436">
        <w:rPr>
          <w:lang w:val="it-IT"/>
        </w:rPr>
        <w:t xml:space="preserve"> y sin </w:t>
      </w:r>
      <w:proofErr w:type="spellStart"/>
      <w:r w:rsidRPr="002B0436">
        <w:rPr>
          <w:lang w:val="it-IT"/>
        </w:rPr>
        <w:t>pasos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innecesarios</w:t>
      </w:r>
      <w:proofErr w:type="spellEnd"/>
      <w:r w:rsidRPr="002B0436">
        <w:rPr>
          <w:lang w:val="it-IT"/>
        </w:rPr>
        <w:t>.</w:t>
      </w:r>
    </w:p>
    <w:p w14:paraId="719AD0A8" w14:textId="77777777" w:rsidR="000F6B76" w:rsidRPr="002B0436" w:rsidRDefault="000F6B76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0436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Acceso al </w:t>
      </w:r>
      <w:proofErr w:type="spellStart"/>
      <w:r w:rsidRPr="002B0436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portal</w:t>
      </w:r>
      <w:proofErr w:type="spellEnd"/>
    </w:p>
    <w:p w14:paraId="5B43C0C1" w14:textId="77777777" w:rsidR="000F6B76" w:rsidRPr="002B0436" w:rsidRDefault="000F6B76">
      <w:pPr>
        <w:rPr>
          <w:lang w:val="it-IT"/>
        </w:rPr>
      </w:pPr>
    </w:p>
    <w:p w14:paraId="5146928A" w14:textId="77777777" w:rsidR="000F6B76" w:rsidRPr="002B0436" w:rsidRDefault="000F6B76">
      <w:pPr>
        <w:rPr>
          <w:lang w:val="it-IT"/>
        </w:rPr>
      </w:pPr>
      <w:r w:rsidRPr="002B0436">
        <w:rPr>
          <w:lang w:val="it-IT"/>
        </w:rPr>
        <w:t xml:space="preserve">En la </w:t>
      </w:r>
      <w:proofErr w:type="spellStart"/>
      <w:r w:rsidRPr="002B0436">
        <w:rPr>
          <w:lang w:val="it-IT"/>
        </w:rPr>
        <w:t>pantalla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inicial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usuario </w:t>
      </w:r>
      <w:proofErr w:type="spellStart"/>
      <w:r w:rsidRPr="002B0436">
        <w:rPr>
          <w:lang w:val="it-IT"/>
        </w:rPr>
        <w:t>encuentra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selector de idioma,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campo de usuario,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campo de </w:t>
      </w:r>
      <w:proofErr w:type="spellStart"/>
      <w:r w:rsidRPr="002B0436">
        <w:rPr>
          <w:lang w:val="it-IT"/>
        </w:rPr>
        <w:t>contraseña</w:t>
      </w:r>
      <w:proofErr w:type="spellEnd"/>
      <w:r w:rsidRPr="002B0436">
        <w:rPr>
          <w:lang w:val="it-IT"/>
        </w:rPr>
        <w:t xml:space="preserve">, la </w:t>
      </w:r>
      <w:proofErr w:type="spellStart"/>
      <w:r w:rsidRPr="002B0436">
        <w:rPr>
          <w:lang w:val="it-IT"/>
        </w:rPr>
        <w:t>opción</w:t>
      </w:r>
      <w:proofErr w:type="spellEnd"/>
      <w:r w:rsidRPr="002B0436">
        <w:rPr>
          <w:lang w:val="it-IT"/>
        </w:rPr>
        <w:t xml:space="preserve"> para </w:t>
      </w:r>
      <w:proofErr w:type="spellStart"/>
      <w:r w:rsidRPr="002B0436">
        <w:rPr>
          <w:lang w:val="it-IT"/>
        </w:rPr>
        <w:t>recordar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usuario y </w:t>
      </w:r>
      <w:proofErr w:type="spellStart"/>
      <w:r w:rsidRPr="002B0436">
        <w:rPr>
          <w:lang w:val="it-IT"/>
        </w:rPr>
        <w:t>los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enlaces</w:t>
      </w:r>
      <w:proofErr w:type="spellEnd"/>
      <w:r w:rsidRPr="002B0436">
        <w:rPr>
          <w:lang w:val="it-IT"/>
        </w:rPr>
        <w:t xml:space="preserve"> para </w:t>
      </w:r>
      <w:proofErr w:type="spellStart"/>
      <w:r w:rsidRPr="002B0436">
        <w:rPr>
          <w:lang w:val="it-IT"/>
        </w:rPr>
        <w:t>nuevo</w:t>
      </w:r>
      <w:proofErr w:type="spellEnd"/>
      <w:r w:rsidRPr="002B0436">
        <w:rPr>
          <w:lang w:val="it-IT"/>
        </w:rPr>
        <w:t xml:space="preserve"> registro o </w:t>
      </w:r>
      <w:proofErr w:type="spellStart"/>
      <w:r w:rsidRPr="002B0436">
        <w:rPr>
          <w:lang w:val="it-IT"/>
        </w:rPr>
        <w:t>recuperación</w:t>
      </w:r>
      <w:proofErr w:type="spellEnd"/>
      <w:r w:rsidRPr="002B0436">
        <w:rPr>
          <w:lang w:val="it-IT"/>
        </w:rPr>
        <w:t xml:space="preserve"> de </w:t>
      </w:r>
      <w:proofErr w:type="spellStart"/>
      <w:r w:rsidRPr="002B0436">
        <w:rPr>
          <w:lang w:val="it-IT"/>
        </w:rPr>
        <w:t>contraseña</w:t>
      </w:r>
      <w:proofErr w:type="spellEnd"/>
      <w:r w:rsidRPr="002B0436">
        <w:rPr>
          <w:lang w:val="it-IT"/>
        </w:rPr>
        <w:t xml:space="preserve">. El acceso </w:t>
      </w:r>
      <w:proofErr w:type="spellStart"/>
      <w:r w:rsidRPr="002B0436">
        <w:rPr>
          <w:lang w:val="it-IT"/>
        </w:rPr>
        <w:t>puede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realizarse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directamente</w:t>
      </w:r>
      <w:proofErr w:type="spellEnd"/>
      <w:r w:rsidRPr="002B0436">
        <w:rPr>
          <w:lang w:val="it-IT"/>
        </w:rPr>
        <w:t xml:space="preserve"> con la </w:t>
      </w:r>
      <w:proofErr w:type="spellStart"/>
      <w:r w:rsidRPr="002B0436">
        <w:rPr>
          <w:lang w:val="it-IT"/>
        </w:rPr>
        <w:t>dirección</w:t>
      </w:r>
      <w:proofErr w:type="spellEnd"/>
      <w:r w:rsidRPr="002B0436">
        <w:rPr>
          <w:lang w:val="it-IT"/>
        </w:rPr>
        <w:t xml:space="preserve"> de correo </w:t>
      </w:r>
      <w:proofErr w:type="spellStart"/>
      <w:r w:rsidRPr="002B0436">
        <w:rPr>
          <w:lang w:val="it-IT"/>
        </w:rPr>
        <w:t>asociada</w:t>
      </w:r>
      <w:proofErr w:type="spellEnd"/>
      <w:r w:rsidRPr="002B0436">
        <w:rPr>
          <w:lang w:val="it-IT"/>
        </w:rPr>
        <w:t xml:space="preserve"> </w:t>
      </w:r>
      <w:proofErr w:type="gramStart"/>
      <w:r w:rsidRPr="002B0436">
        <w:rPr>
          <w:lang w:val="it-IT"/>
        </w:rPr>
        <w:t>a la</w:t>
      </w:r>
      <w:proofErr w:type="gram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cuenta</w:t>
      </w:r>
      <w:proofErr w:type="spellEnd"/>
      <w:r w:rsidRPr="002B0436">
        <w:rPr>
          <w:lang w:val="it-IT"/>
        </w:rPr>
        <w:t>.</w:t>
      </w:r>
    </w:p>
    <w:p w14:paraId="1B709D97" w14:textId="77777777" w:rsidR="000F6B76" w:rsidRPr="002B0436" w:rsidRDefault="000F6B76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0436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Uso del </w:t>
      </w:r>
      <w:proofErr w:type="spellStart"/>
      <w:r w:rsidRPr="002B0436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nombre</w:t>
      </w:r>
      <w:proofErr w:type="spellEnd"/>
      <w:r w:rsidRPr="002B0436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usuario </w:t>
      </w:r>
      <w:proofErr w:type="spellStart"/>
      <w:r w:rsidRPr="002B0436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histórico</w:t>
      </w:r>
      <w:proofErr w:type="spellEnd"/>
    </w:p>
    <w:p w14:paraId="4A5A5B15" w14:textId="77777777" w:rsidR="000F6B76" w:rsidRPr="002B0436" w:rsidRDefault="000F6B76">
      <w:pPr>
        <w:rPr>
          <w:lang w:val="it-IT"/>
        </w:rPr>
      </w:pPr>
    </w:p>
    <w:p w14:paraId="07651B6F" w14:textId="77777777" w:rsidR="000F6B76" w:rsidRPr="002B0436" w:rsidRDefault="000F6B76">
      <w:pPr>
        <w:rPr>
          <w:lang w:val="it-IT"/>
        </w:rPr>
      </w:pPr>
      <w:r w:rsidRPr="002B0436">
        <w:rPr>
          <w:lang w:val="it-IT"/>
        </w:rPr>
        <w:t xml:space="preserve">Si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usuario </w:t>
      </w:r>
      <w:proofErr w:type="spellStart"/>
      <w:r w:rsidRPr="002B0436">
        <w:rPr>
          <w:lang w:val="it-IT"/>
        </w:rPr>
        <w:t>todavía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utiliza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antiguo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nombre</w:t>
      </w:r>
      <w:proofErr w:type="spellEnd"/>
      <w:r w:rsidRPr="002B0436">
        <w:rPr>
          <w:lang w:val="it-IT"/>
        </w:rPr>
        <w:t xml:space="preserve"> de usuario del </w:t>
      </w:r>
      <w:proofErr w:type="spellStart"/>
      <w:r w:rsidRPr="002B0436">
        <w:rPr>
          <w:lang w:val="it-IT"/>
        </w:rPr>
        <w:t>portal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anterior</w:t>
      </w:r>
      <w:proofErr w:type="spellEnd"/>
      <w:r w:rsidRPr="002B0436">
        <w:rPr>
          <w:lang w:val="it-IT"/>
        </w:rPr>
        <w:t xml:space="preserve">,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sistema lo </w:t>
      </w:r>
      <w:proofErr w:type="spellStart"/>
      <w:r w:rsidRPr="002B0436">
        <w:rPr>
          <w:lang w:val="it-IT"/>
        </w:rPr>
        <w:t>reconoce</w:t>
      </w:r>
      <w:proofErr w:type="spellEnd"/>
      <w:r w:rsidRPr="002B0436">
        <w:rPr>
          <w:lang w:val="it-IT"/>
        </w:rPr>
        <w:t xml:space="preserve"> y, solo </w:t>
      </w:r>
      <w:proofErr w:type="spellStart"/>
      <w:r w:rsidRPr="002B0436">
        <w:rPr>
          <w:lang w:val="it-IT"/>
        </w:rPr>
        <w:t>después</w:t>
      </w:r>
      <w:proofErr w:type="spellEnd"/>
      <w:r w:rsidRPr="002B0436">
        <w:rPr>
          <w:lang w:val="it-IT"/>
        </w:rPr>
        <w:t xml:space="preserve"> de </w:t>
      </w:r>
      <w:proofErr w:type="spellStart"/>
      <w:r w:rsidRPr="002B0436">
        <w:rPr>
          <w:lang w:val="it-IT"/>
        </w:rPr>
        <w:t>comprobar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que</w:t>
      </w:r>
      <w:proofErr w:type="spellEnd"/>
      <w:r w:rsidRPr="002B0436">
        <w:rPr>
          <w:lang w:val="it-IT"/>
        </w:rPr>
        <w:t xml:space="preserve"> la </w:t>
      </w:r>
      <w:proofErr w:type="spellStart"/>
      <w:r w:rsidRPr="002B0436">
        <w:rPr>
          <w:lang w:val="it-IT"/>
        </w:rPr>
        <w:t>contraseña</w:t>
      </w:r>
      <w:proofErr w:type="spellEnd"/>
      <w:r w:rsidRPr="002B0436">
        <w:rPr>
          <w:lang w:val="it-IT"/>
        </w:rPr>
        <w:t xml:space="preserve"> es </w:t>
      </w:r>
      <w:proofErr w:type="spellStart"/>
      <w:r w:rsidRPr="002B0436">
        <w:rPr>
          <w:lang w:val="it-IT"/>
        </w:rPr>
        <w:t>correcta</w:t>
      </w:r>
      <w:proofErr w:type="spellEnd"/>
      <w:r w:rsidRPr="002B0436">
        <w:rPr>
          <w:lang w:val="it-IT"/>
        </w:rPr>
        <w:t xml:space="preserve">, propone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correo </w:t>
      </w:r>
      <w:proofErr w:type="spellStart"/>
      <w:r w:rsidRPr="002B0436">
        <w:rPr>
          <w:lang w:val="it-IT"/>
        </w:rPr>
        <w:t>asociado</w:t>
      </w:r>
      <w:proofErr w:type="spellEnd"/>
      <w:r w:rsidRPr="002B0436">
        <w:rPr>
          <w:lang w:val="it-IT"/>
        </w:rPr>
        <w:t xml:space="preserve"> a </w:t>
      </w:r>
      <w:proofErr w:type="spellStart"/>
      <w:r w:rsidRPr="002B0436">
        <w:rPr>
          <w:lang w:val="it-IT"/>
        </w:rPr>
        <w:t>esa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cuenta</w:t>
      </w:r>
      <w:proofErr w:type="spellEnd"/>
      <w:r w:rsidRPr="002B0436">
        <w:rPr>
          <w:lang w:val="it-IT"/>
        </w:rPr>
        <w:t xml:space="preserve">. En ese momento basta con </w:t>
      </w:r>
      <w:proofErr w:type="spellStart"/>
      <w:r w:rsidRPr="002B0436">
        <w:rPr>
          <w:lang w:val="it-IT"/>
        </w:rPr>
        <w:t>confirmar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mensaje</w:t>
      </w:r>
      <w:proofErr w:type="spellEnd"/>
      <w:r w:rsidRPr="002B0436">
        <w:rPr>
          <w:lang w:val="it-IT"/>
        </w:rPr>
        <w:t xml:space="preserve">, </w:t>
      </w:r>
      <w:proofErr w:type="spellStart"/>
      <w:r w:rsidRPr="002B0436">
        <w:rPr>
          <w:lang w:val="it-IT"/>
        </w:rPr>
        <w:t>encontrar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correo </w:t>
      </w:r>
      <w:proofErr w:type="spellStart"/>
      <w:r w:rsidRPr="002B0436">
        <w:rPr>
          <w:lang w:val="it-IT"/>
        </w:rPr>
        <w:t>rellenado</w:t>
      </w:r>
      <w:proofErr w:type="spellEnd"/>
      <w:r w:rsidRPr="002B0436">
        <w:rPr>
          <w:lang w:val="it-IT"/>
        </w:rPr>
        <w:t xml:space="preserve"> en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formulario de acceso y usarlo como </w:t>
      </w:r>
      <w:proofErr w:type="spellStart"/>
      <w:r w:rsidRPr="002B0436">
        <w:rPr>
          <w:lang w:val="it-IT"/>
        </w:rPr>
        <w:t>referencia</w:t>
      </w:r>
      <w:proofErr w:type="spellEnd"/>
      <w:r w:rsidRPr="002B0436">
        <w:rPr>
          <w:lang w:val="it-IT"/>
        </w:rPr>
        <w:t xml:space="preserve"> para </w:t>
      </w:r>
      <w:proofErr w:type="spellStart"/>
      <w:r w:rsidRPr="002B0436">
        <w:rPr>
          <w:lang w:val="it-IT"/>
        </w:rPr>
        <w:t>los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accesos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siguientes</w:t>
      </w:r>
      <w:proofErr w:type="spellEnd"/>
      <w:r w:rsidRPr="002B0436">
        <w:rPr>
          <w:lang w:val="it-IT"/>
        </w:rPr>
        <w:t>.</w:t>
      </w:r>
    </w:p>
    <w:p w14:paraId="4CDA2CE4" w14:textId="77777777" w:rsidR="000F6B76" w:rsidRPr="002B0436" w:rsidRDefault="000F6B76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2B0436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Contraseña</w:t>
      </w:r>
      <w:proofErr w:type="spellEnd"/>
      <w:r w:rsidRPr="002B0436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2B0436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olvidada</w:t>
      </w:r>
      <w:proofErr w:type="spellEnd"/>
    </w:p>
    <w:p w14:paraId="68F9102D" w14:textId="77777777" w:rsidR="000F6B76" w:rsidRPr="002B0436" w:rsidRDefault="000F6B76">
      <w:pPr>
        <w:rPr>
          <w:lang w:val="it-IT"/>
        </w:rPr>
      </w:pPr>
    </w:p>
    <w:p w14:paraId="35EE7706" w14:textId="77777777" w:rsidR="000F6B76" w:rsidRPr="002B0436" w:rsidRDefault="000F6B76">
      <w:pPr>
        <w:rPr>
          <w:lang w:val="it-IT"/>
        </w:rPr>
      </w:pPr>
      <w:proofErr w:type="spellStart"/>
      <w:r w:rsidRPr="002B0436">
        <w:rPr>
          <w:lang w:val="it-IT"/>
        </w:rPr>
        <w:t>Desde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enlace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Contraseña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olvidada</w:t>
      </w:r>
      <w:proofErr w:type="spellEnd"/>
      <w:r w:rsidRPr="002B0436">
        <w:rPr>
          <w:lang w:val="it-IT"/>
        </w:rPr>
        <w:t xml:space="preserve"> se </w:t>
      </w:r>
      <w:proofErr w:type="spellStart"/>
      <w:r w:rsidRPr="002B0436">
        <w:rPr>
          <w:lang w:val="it-IT"/>
        </w:rPr>
        <w:t>puede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abrir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procedimiento</w:t>
      </w:r>
      <w:proofErr w:type="spellEnd"/>
      <w:r w:rsidRPr="002B0436">
        <w:rPr>
          <w:lang w:val="it-IT"/>
        </w:rPr>
        <w:t xml:space="preserve"> de </w:t>
      </w:r>
      <w:proofErr w:type="spellStart"/>
      <w:r w:rsidRPr="002B0436">
        <w:rPr>
          <w:lang w:val="it-IT"/>
        </w:rPr>
        <w:t>recuperación</w:t>
      </w:r>
      <w:proofErr w:type="spellEnd"/>
      <w:r w:rsidRPr="002B0436">
        <w:rPr>
          <w:lang w:val="it-IT"/>
        </w:rPr>
        <w:t xml:space="preserve">. Si en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campo de acceso </w:t>
      </w:r>
      <w:proofErr w:type="spellStart"/>
      <w:r w:rsidRPr="002B0436">
        <w:rPr>
          <w:lang w:val="it-IT"/>
        </w:rPr>
        <w:t>ya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hay</w:t>
      </w:r>
      <w:proofErr w:type="spellEnd"/>
      <w:r w:rsidRPr="002B0436">
        <w:rPr>
          <w:lang w:val="it-IT"/>
        </w:rPr>
        <w:t xml:space="preserve"> un correo </w:t>
      </w:r>
      <w:proofErr w:type="spellStart"/>
      <w:r w:rsidRPr="002B0436">
        <w:rPr>
          <w:lang w:val="it-IT"/>
        </w:rPr>
        <w:t>escrito</w:t>
      </w:r>
      <w:proofErr w:type="spellEnd"/>
      <w:r w:rsidRPr="002B0436">
        <w:rPr>
          <w:lang w:val="it-IT"/>
        </w:rPr>
        <w:t xml:space="preserve">,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sistema lo </w:t>
      </w:r>
      <w:proofErr w:type="spellStart"/>
      <w:r w:rsidRPr="002B0436">
        <w:rPr>
          <w:lang w:val="it-IT"/>
        </w:rPr>
        <w:t>traslada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automáticamente</w:t>
      </w:r>
      <w:proofErr w:type="spellEnd"/>
      <w:r w:rsidRPr="002B0436">
        <w:rPr>
          <w:lang w:val="it-IT"/>
        </w:rPr>
        <w:t xml:space="preserve"> </w:t>
      </w:r>
      <w:proofErr w:type="gramStart"/>
      <w:r w:rsidRPr="002B0436">
        <w:rPr>
          <w:lang w:val="it-IT"/>
        </w:rPr>
        <w:t>a la</w:t>
      </w:r>
      <w:proofErr w:type="gram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página</w:t>
      </w:r>
      <w:proofErr w:type="spellEnd"/>
      <w:r w:rsidRPr="002B0436">
        <w:rPr>
          <w:lang w:val="it-IT"/>
        </w:rPr>
        <w:t xml:space="preserve"> de </w:t>
      </w:r>
      <w:proofErr w:type="spellStart"/>
      <w:r w:rsidRPr="002B0436">
        <w:rPr>
          <w:lang w:val="it-IT"/>
        </w:rPr>
        <w:t>recuperación</w:t>
      </w:r>
      <w:proofErr w:type="spellEnd"/>
      <w:r w:rsidRPr="002B0436">
        <w:rPr>
          <w:lang w:val="it-IT"/>
        </w:rPr>
        <w:t xml:space="preserve">; en caso contrario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usuario </w:t>
      </w:r>
      <w:proofErr w:type="spellStart"/>
      <w:r w:rsidRPr="002B0436">
        <w:rPr>
          <w:lang w:val="it-IT"/>
        </w:rPr>
        <w:t>puede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introducirlo</w:t>
      </w:r>
      <w:proofErr w:type="spellEnd"/>
      <w:r w:rsidRPr="002B0436">
        <w:rPr>
          <w:lang w:val="it-IT"/>
        </w:rPr>
        <w:t xml:space="preserve"> manualmente y seguir </w:t>
      </w:r>
      <w:proofErr w:type="spellStart"/>
      <w:r w:rsidRPr="002B0436">
        <w:rPr>
          <w:lang w:val="it-IT"/>
        </w:rPr>
        <w:t>las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instrucciones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recibidas</w:t>
      </w:r>
      <w:proofErr w:type="spellEnd"/>
      <w:r w:rsidRPr="002B0436">
        <w:rPr>
          <w:lang w:val="it-IT"/>
        </w:rPr>
        <w:t xml:space="preserve"> por correo.</w:t>
      </w:r>
    </w:p>
    <w:p w14:paraId="1858F181" w14:textId="77777777" w:rsidR="000F6B76" w:rsidRPr="002B0436" w:rsidRDefault="000F6B76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0436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Primer acceso y </w:t>
      </w:r>
      <w:proofErr w:type="spellStart"/>
      <w:r w:rsidRPr="002B0436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número</w:t>
      </w:r>
      <w:proofErr w:type="spellEnd"/>
      <w:r w:rsidRPr="002B0436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IVA</w:t>
      </w:r>
    </w:p>
    <w:p w14:paraId="2735B0EA" w14:textId="77777777" w:rsidR="000F6B76" w:rsidRPr="002B0436" w:rsidRDefault="000F6B76">
      <w:pPr>
        <w:rPr>
          <w:lang w:val="it-IT"/>
        </w:rPr>
      </w:pPr>
    </w:p>
    <w:p w14:paraId="51D0CCAF" w14:textId="77777777" w:rsidR="000F6B76" w:rsidRPr="002B0436" w:rsidRDefault="000F6B76">
      <w:pPr>
        <w:rPr>
          <w:lang w:val="it-IT"/>
        </w:rPr>
      </w:pPr>
      <w:r w:rsidRPr="002B0436">
        <w:rPr>
          <w:lang w:val="it-IT"/>
        </w:rPr>
        <w:t xml:space="preserve">Si </w:t>
      </w:r>
      <w:proofErr w:type="spellStart"/>
      <w:r w:rsidRPr="002B0436">
        <w:rPr>
          <w:lang w:val="it-IT"/>
        </w:rPr>
        <w:t>la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cuenta</w:t>
      </w:r>
      <w:proofErr w:type="spellEnd"/>
      <w:r w:rsidRPr="002B0436">
        <w:rPr>
          <w:lang w:val="it-IT"/>
        </w:rPr>
        <w:t xml:space="preserve"> es </w:t>
      </w:r>
      <w:proofErr w:type="spellStart"/>
      <w:r w:rsidRPr="002B0436">
        <w:rPr>
          <w:lang w:val="it-IT"/>
        </w:rPr>
        <w:t>válida</w:t>
      </w:r>
      <w:proofErr w:type="spellEnd"/>
      <w:r w:rsidRPr="002B0436">
        <w:rPr>
          <w:lang w:val="it-IT"/>
        </w:rPr>
        <w:t xml:space="preserve"> </w:t>
      </w:r>
      <w:proofErr w:type="gramStart"/>
      <w:r w:rsidRPr="002B0436">
        <w:rPr>
          <w:lang w:val="it-IT"/>
        </w:rPr>
        <w:t>pero</w:t>
      </w:r>
      <w:proofErr w:type="gramEnd"/>
      <w:r w:rsidRPr="002B0436">
        <w:rPr>
          <w:lang w:val="it-IT"/>
        </w:rPr>
        <w:t xml:space="preserve"> en la </w:t>
      </w:r>
      <w:proofErr w:type="spellStart"/>
      <w:r w:rsidRPr="002B0436">
        <w:rPr>
          <w:lang w:val="it-IT"/>
        </w:rPr>
        <w:t>ficha</w:t>
      </w:r>
      <w:proofErr w:type="spellEnd"/>
      <w:r w:rsidRPr="002B0436">
        <w:rPr>
          <w:lang w:val="it-IT"/>
        </w:rPr>
        <w:t xml:space="preserve"> de la </w:t>
      </w:r>
      <w:proofErr w:type="spellStart"/>
      <w:r w:rsidRPr="002B0436">
        <w:rPr>
          <w:lang w:val="it-IT"/>
        </w:rPr>
        <w:t>empresa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aún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falta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número</w:t>
      </w:r>
      <w:proofErr w:type="spellEnd"/>
      <w:r w:rsidRPr="002B0436">
        <w:rPr>
          <w:lang w:val="it-IT"/>
        </w:rPr>
        <w:t xml:space="preserve"> de IVA,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acceso se detiene temporalmente y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usuario </w:t>
      </w:r>
      <w:proofErr w:type="spellStart"/>
      <w:r w:rsidRPr="002B0436">
        <w:rPr>
          <w:lang w:val="it-IT"/>
        </w:rPr>
        <w:t>debe</w:t>
      </w:r>
      <w:proofErr w:type="spellEnd"/>
      <w:r w:rsidRPr="002B0436">
        <w:rPr>
          <w:lang w:val="it-IT"/>
        </w:rPr>
        <w:t xml:space="preserve"> completar ese dato </w:t>
      </w:r>
      <w:proofErr w:type="spellStart"/>
      <w:r w:rsidRPr="002B0436">
        <w:rPr>
          <w:lang w:val="it-IT"/>
        </w:rPr>
        <w:t>antes</w:t>
      </w:r>
      <w:proofErr w:type="spellEnd"/>
      <w:r w:rsidRPr="002B0436">
        <w:rPr>
          <w:lang w:val="it-IT"/>
        </w:rPr>
        <w:t xml:space="preserve"> de continuar. Para </w:t>
      </w:r>
      <w:proofErr w:type="spellStart"/>
      <w:r w:rsidRPr="002B0436">
        <w:rPr>
          <w:lang w:val="it-IT"/>
        </w:rPr>
        <w:t>las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lastRenderedPageBreak/>
        <w:t>empresas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italianas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valor </w:t>
      </w:r>
      <w:proofErr w:type="spellStart"/>
      <w:r w:rsidRPr="002B0436">
        <w:rPr>
          <w:lang w:val="it-IT"/>
        </w:rPr>
        <w:t>debe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comenzar</w:t>
      </w:r>
      <w:proofErr w:type="spellEnd"/>
      <w:r w:rsidRPr="002B0436">
        <w:rPr>
          <w:lang w:val="it-IT"/>
        </w:rPr>
        <w:t xml:space="preserve"> por IT; para </w:t>
      </w:r>
      <w:proofErr w:type="spellStart"/>
      <w:r w:rsidRPr="002B0436">
        <w:rPr>
          <w:lang w:val="it-IT"/>
        </w:rPr>
        <w:t>las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empresas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extranjeras</w:t>
      </w:r>
      <w:proofErr w:type="spellEnd"/>
      <w:r w:rsidRPr="002B0436">
        <w:rPr>
          <w:lang w:val="it-IT"/>
        </w:rPr>
        <w:t xml:space="preserve">, </w:t>
      </w:r>
      <w:proofErr w:type="spellStart"/>
      <w:r w:rsidRPr="002B0436">
        <w:rPr>
          <w:lang w:val="it-IT"/>
        </w:rPr>
        <w:t>los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dos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primeros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caracteres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deben</w:t>
      </w:r>
      <w:proofErr w:type="spellEnd"/>
      <w:r w:rsidRPr="002B0436">
        <w:rPr>
          <w:lang w:val="it-IT"/>
        </w:rPr>
        <w:t xml:space="preserve"> ser </w:t>
      </w:r>
      <w:proofErr w:type="spellStart"/>
      <w:r w:rsidRPr="002B0436">
        <w:rPr>
          <w:lang w:val="it-IT"/>
        </w:rPr>
        <w:t>las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letras</w:t>
      </w:r>
      <w:proofErr w:type="spellEnd"/>
      <w:r w:rsidRPr="002B0436">
        <w:rPr>
          <w:lang w:val="it-IT"/>
        </w:rPr>
        <w:t xml:space="preserve"> de su </w:t>
      </w:r>
      <w:proofErr w:type="spellStart"/>
      <w:r w:rsidRPr="002B0436">
        <w:rPr>
          <w:lang w:val="it-IT"/>
        </w:rPr>
        <w:t>país</w:t>
      </w:r>
      <w:proofErr w:type="spellEnd"/>
      <w:r w:rsidRPr="002B0436">
        <w:rPr>
          <w:lang w:val="it-IT"/>
        </w:rPr>
        <w:t xml:space="preserve">, </w:t>
      </w:r>
      <w:proofErr w:type="spellStart"/>
      <w:r w:rsidRPr="002B0436">
        <w:rPr>
          <w:lang w:val="it-IT"/>
        </w:rPr>
        <w:t>seguidas</w:t>
      </w:r>
      <w:proofErr w:type="spellEnd"/>
      <w:r w:rsidRPr="002B0436">
        <w:rPr>
          <w:lang w:val="it-IT"/>
        </w:rPr>
        <w:t xml:space="preserve"> del resto del </w:t>
      </w:r>
      <w:proofErr w:type="spellStart"/>
      <w:r w:rsidRPr="002B0436">
        <w:rPr>
          <w:lang w:val="it-IT"/>
        </w:rPr>
        <w:t>número</w:t>
      </w:r>
      <w:proofErr w:type="spellEnd"/>
      <w:r w:rsidRPr="002B0436">
        <w:rPr>
          <w:lang w:val="it-IT"/>
        </w:rPr>
        <w:t xml:space="preserve"> fiscal.</w:t>
      </w:r>
    </w:p>
    <w:p w14:paraId="2EC5481F" w14:textId="77777777" w:rsidR="000F6B76" w:rsidRPr="002B0436" w:rsidRDefault="000F6B76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0436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Nota operativa</w:t>
      </w:r>
    </w:p>
    <w:p w14:paraId="616C8695" w14:textId="77777777" w:rsidR="000F6B76" w:rsidRPr="002B0436" w:rsidRDefault="000F6B76">
      <w:pPr>
        <w:rPr>
          <w:lang w:val="it-IT"/>
        </w:rPr>
      </w:pPr>
    </w:p>
    <w:p w14:paraId="1B73DA3F" w14:textId="77777777" w:rsidR="000F6B76" w:rsidRPr="002B0436" w:rsidRDefault="000F6B76">
      <w:pPr>
        <w:rPr>
          <w:lang w:val="it-IT"/>
        </w:rPr>
      </w:pPr>
      <w:r w:rsidRPr="002B0436">
        <w:rPr>
          <w:lang w:val="it-IT"/>
        </w:rPr>
        <w:t xml:space="preserve">Para un uso </w:t>
      </w:r>
      <w:proofErr w:type="spellStart"/>
      <w:r w:rsidRPr="002B0436">
        <w:rPr>
          <w:lang w:val="it-IT"/>
        </w:rPr>
        <w:t>correcto</w:t>
      </w:r>
      <w:proofErr w:type="spellEnd"/>
      <w:r w:rsidRPr="002B0436">
        <w:rPr>
          <w:lang w:val="it-IT"/>
        </w:rPr>
        <w:t xml:space="preserve"> del </w:t>
      </w:r>
      <w:proofErr w:type="spellStart"/>
      <w:r w:rsidRPr="002B0436">
        <w:rPr>
          <w:lang w:val="it-IT"/>
        </w:rPr>
        <w:t>portal</w:t>
      </w:r>
      <w:proofErr w:type="spellEnd"/>
      <w:r w:rsidRPr="002B0436">
        <w:rPr>
          <w:lang w:val="it-IT"/>
        </w:rPr>
        <w:t xml:space="preserve"> se </w:t>
      </w:r>
      <w:proofErr w:type="spellStart"/>
      <w:r w:rsidRPr="002B0436">
        <w:rPr>
          <w:lang w:val="it-IT"/>
        </w:rPr>
        <w:t>recomienda</w:t>
      </w:r>
      <w:proofErr w:type="spellEnd"/>
      <w:r w:rsidRPr="002B0436">
        <w:rPr>
          <w:lang w:val="it-IT"/>
        </w:rPr>
        <w:t xml:space="preserve"> acceder </w:t>
      </w:r>
      <w:proofErr w:type="spellStart"/>
      <w:r w:rsidRPr="002B0436">
        <w:rPr>
          <w:lang w:val="it-IT"/>
        </w:rPr>
        <w:t>siempre</w:t>
      </w:r>
      <w:proofErr w:type="spellEnd"/>
      <w:r w:rsidRPr="002B0436">
        <w:rPr>
          <w:lang w:val="it-IT"/>
        </w:rPr>
        <w:t xml:space="preserve"> con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correo </w:t>
      </w:r>
      <w:proofErr w:type="spellStart"/>
      <w:r w:rsidRPr="002B0436">
        <w:rPr>
          <w:lang w:val="it-IT"/>
        </w:rPr>
        <w:t>confirmado</w:t>
      </w:r>
      <w:proofErr w:type="spellEnd"/>
      <w:r w:rsidRPr="002B0436">
        <w:rPr>
          <w:lang w:val="it-IT"/>
        </w:rPr>
        <w:t xml:space="preserve"> por </w:t>
      </w:r>
      <w:proofErr w:type="spellStart"/>
      <w:r w:rsidRPr="002B0436">
        <w:rPr>
          <w:lang w:val="it-IT"/>
        </w:rPr>
        <w:t>el</w:t>
      </w:r>
      <w:proofErr w:type="spellEnd"/>
      <w:r w:rsidRPr="002B0436">
        <w:rPr>
          <w:lang w:val="it-IT"/>
        </w:rPr>
        <w:t xml:space="preserve"> sistema, </w:t>
      </w:r>
      <w:proofErr w:type="spellStart"/>
      <w:r w:rsidRPr="002B0436">
        <w:rPr>
          <w:lang w:val="it-IT"/>
        </w:rPr>
        <w:t>comprobar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que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los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datos</w:t>
      </w:r>
      <w:proofErr w:type="spellEnd"/>
      <w:r w:rsidRPr="002B0436">
        <w:rPr>
          <w:lang w:val="it-IT"/>
        </w:rPr>
        <w:t xml:space="preserve"> del </w:t>
      </w:r>
      <w:proofErr w:type="spellStart"/>
      <w:r w:rsidRPr="002B0436">
        <w:rPr>
          <w:lang w:val="it-IT"/>
        </w:rPr>
        <w:t>perfil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sean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coherentes</w:t>
      </w:r>
      <w:proofErr w:type="spellEnd"/>
      <w:r w:rsidRPr="002B0436">
        <w:rPr>
          <w:lang w:val="it-IT"/>
        </w:rPr>
        <w:t xml:space="preserve"> y </w:t>
      </w:r>
      <w:proofErr w:type="spellStart"/>
      <w:r w:rsidRPr="002B0436">
        <w:rPr>
          <w:lang w:val="it-IT"/>
        </w:rPr>
        <w:t>cerrar</w:t>
      </w:r>
      <w:proofErr w:type="spellEnd"/>
      <w:r w:rsidRPr="002B0436">
        <w:rPr>
          <w:lang w:val="it-IT"/>
        </w:rPr>
        <w:t xml:space="preserve"> la </w:t>
      </w:r>
      <w:proofErr w:type="spellStart"/>
      <w:r w:rsidRPr="002B0436">
        <w:rPr>
          <w:lang w:val="it-IT"/>
        </w:rPr>
        <w:t>sesión</w:t>
      </w:r>
      <w:proofErr w:type="spellEnd"/>
      <w:r w:rsidRPr="002B0436">
        <w:rPr>
          <w:lang w:val="it-IT"/>
        </w:rPr>
        <w:t xml:space="preserve"> al </w:t>
      </w:r>
      <w:proofErr w:type="spellStart"/>
      <w:r w:rsidRPr="002B0436">
        <w:rPr>
          <w:lang w:val="it-IT"/>
        </w:rPr>
        <w:t>final</w:t>
      </w:r>
      <w:proofErr w:type="spellEnd"/>
      <w:r w:rsidRPr="002B0436">
        <w:rPr>
          <w:lang w:val="it-IT"/>
        </w:rPr>
        <w:t xml:space="preserve"> de la </w:t>
      </w:r>
      <w:proofErr w:type="spellStart"/>
      <w:r w:rsidRPr="002B0436">
        <w:rPr>
          <w:lang w:val="it-IT"/>
        </w:rPr>
        <w:t>actividad</w:t>
      </w:r>
      <w:proofErr w:type="spellEnd"/>
      <w:r w:rsidRPr="002B0436">
        <w:rPr>
          <w:lang w:val="it-IT"/>
        </w:rPr>
        <w:t xml:space="preserve">, </w:t>
      </w:r>
      <w:proofErr w:type="spellStart"/>
      <w:r w:rsidRPr="002B0436">
        <w:rPr>
          <w:lang w:val="it-IT"/>
        </w:rPr>
        <w:t>especialmente</w:t>
      </w:r>
      <w:proofErr w:type="spellEnd"/>
      <w:r w:rsidRPr="002B0436">
        <w:rPr>
          <w:lang w:val="it-IT"/>
        </w:rPr>
        <w:t xml:space="preserve"> en </w:t>
      </w:r>
      <w:proofErr w:type="spellStart"/>
      <w:r w:rsidRPr="002B0436">
        <w:rPr>
          <w:lang w:val="it-IT"/>
        </w:rPr>
        <w:t>dispositivos</w:t>
      </w:r>
      <w:proofErr w:type="spellEnd"/>
      <w:r w:rsidRPr="002B0436">
        <w:rPr>
          <w:lang w:val="it-IT"/>
        </w:rPr>
        <w:t xml:space="preserve"> </w:t>
      </w:r>
      <w:proofErr w:type="spellStart"/>
      <w:r w:rsidRPr="002B0436">
        <w:rPr>
          <w:lang w:val="it-IT"/>
        </w:rPr>
        <w:t>compartidos</w:t>
      </w:r>
      <w:proofErr w:type="spellEnd"/>
      <w:r w:rsidRPr="002B0436">
        <w:rPr>
          <w:lang w:val="it-IT"/>
        </w:rPr>
        <w:t>.</w:t>
      </w:r>
    </w:p>
    <w:sectPr w:rsidR="00C42FA8" w:rsidRPr="002B043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7113316">
    <w:abstractNumId w:val="8"/>
  </w:num>
  <w:num w:numId="2" w16cid:durableId="928389340">
    <w:abstractNumId w:val="6"/>
  </w:num>
  <w:num w:numId="3" w16cid:durableId="1680083327">
    <w:abstractNumId w:val="5"/>
  </w:num>
  <w:num w:numId="4" w16cid:durableId="1282154174">
    <w:abstractNumId w:val="4"/>
  </w:num>
  <w:num w:numId="5" w16cid:durableId="1072048580">
    <w:abstractNumId w:val="7"/>
  </w:num>
  <w:num w:numId="6" w16cid:durableId="275214430">
    <w:abstractNumId w:val="3"/>
  </w:num>
  <w:num w:numId="7" w16cid:durableId="1728071044">
    <w:abstractNumId w:val="2"/>
  </w:num>
  <w:num w:numId="8" w16cid:durableId="728960472">
    <w:abstractNumId w:val="1"/>
  </w:num>
  <w:num w:numId="9" w16cid:durableId="122102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6B76"/>
    <w:rsid w:val="0015074B"/>
    <w:rsid w:val="0029639D"/>
    <w:rsid w:val="002B0436"/>
    <w:rsid w:val="00326F90"/>
    <w:rsid w:val="005314B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C5ADA75B-B527-43B3-A84B-797AAC55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1636</Characters>
  <Application>Microsoft Office Word</Application>
  <DocSecurity>0</DocSecurity>
  <Lines>36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Niccolò Girardi</cp:lastModifiedBy>
  <cp:revision>2</cp:revision>
  <dcterms:created xsi:type="dcterms:W3CDTF">2013-12-23T23:15:00Z</dcterms:created>
  <dcterms:modified xsi:type="dcterms:W3CDTF">2026-05-28T06:48:00Z</dcterms:modified>
  <cp:category/>
</cp:coreProperties>
</file>