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AFB3" w14:textId="77777777" w:rsidR="00554838" w:rsidRPr="006A445F" w:rsidRDefault="00554838">
      <w:pPr>
        <w:rPr>
          <w:bCs/>
          <w:color w:val="4F81BD" w:themeColor="accent1"/>
          <w:sz w:val="52"/>
          <w:szCs w:val="52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445F">
        <w:rPr>
          <w:bCs/>
          <w:color w:val="4F81BD" w:themeColor="accent1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Instrukcja Użytkownika TMS</w:t>
      </w:r>
    </w:p>
    <w:p w14:paraId="2DF536E0" w14:textId="77777777" w:rsidR="00554838" w:rsidRPr="001C334A" w:rsidRDefault="00554838">
      <w:pPr>
        <w:rPr>
          <w:lang w:val="it-IT"/>
        </w:rPr>
      </w:pPr>
    </w:p>
    <w:p w14:paraId="334708D7" w14:textId="77777777" w:rsidR="00554838" w:rsidRPr="006A445F" w:rsidRDefault="00554838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445F"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Dostęp do portalu i pierwsze użycie</w:t>
      </w:r>
    </w:p>
    <w:p w14:paraId="472AF54C" w14:textId="77777777" w:rsidR="00554838" w:rsidRPr="001C334A" w:rsidRDefault="00554838">
      <w:pPr>
        <w:rPr>
          <w:lang w:val="it-IT"/>
        </w:rPr>
      </w:pPr>
    </w:p>
    <w:p w14:paraId="5611529A" w14:textId="77777777" w:rsidR="00554838" w:rsidRPr="006A445F" w:rsidRDefault="00554838">
      <w:pPr>
        <w:rPr>
          <w:lang w:val="it-IT"/>
        </w:rPr>
      </w:pPr>
      <w:r w:rsidRPr="006A445F">
        <w:rPr>
          <w:lang w:val="it-IT"/>
        </w:rPr>
        <w:t xml:space="preserve">Ta </w:t>
      </w:r>
      <w:proofErr w:type="spellStart"/>
      <w:r w:rsidRPr="006A445F">
        <w:rPr>
          <w:lang w:val="it-IT"/>
        </w:rPr>
        <w:t>instrukcja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przedstawia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wyłącznie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podstawowy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przebieg</w:t>
      </w:r>
      <w:proofErr w:type="spellEnd"/>
      <w:r w:rsidRPr="006A445F">
        <w:rPr>
          <w:lang w:val="it-IT"/>
        </w:rPr>
        <w:t xml:space="preserve">, </w:t>
      </w:r>
      <w:proofErr w:type="spellStart"/>
      <w:r w:rsidRPr="006A445F">
        <w:rPr>
          <w:lang w:val="it-IT"/>
        </w:rPr>
        <w:t>który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prowadzi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użytkownika</w:t>
      </w:r>
      <w:proofErr w:type="spellEnd"/>
      <w:r w:rsidRPr="006A445F">
        <w:rPr>
          <w:lang w:val="it-IT"/>
        </w:rPr>
        <w:t xml:space="preserve"> </w:t>
      </w:r>
      <w:proofErr w:type="gramStart"/>
      <w:r w:rsidRPr="006A445F">
        <w:rPr>
          <w:lang w:val="it-IT"/>
        </w:rPr>
        <w:t>od</w:t>
      </w:r>
      <w:proofErr w:type="gram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logowania</w:t>
      </w:r>
      <w:proofErr w:type="spellEnd"/>
      <w:r w:rsidRPr="006A445F">
        <w:rPr>
          <w:lang w:val="it-IT"/>
        </w:rPr>
        <w:t xml:space="preserve"> do </w:t>
      </w:r>
      <w:proofErr w:type="spellStart"/>
      <w:r w:rsidRPr="006A445F">
        <w:rPr>
          <w:lang w:val="it-IT"/>
        </w:rPr>
        <w:t>strony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profilu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użytkownika</w:t>
      </w:r>
      <w:proofErr w:type="spellEnd"/>
      <w:r w:rsidRPr="006A445F">
        <w:rPr>
          <w:lang w:val="it-IT"/>
        </w:rPr>
        <w:t xml:space="preserve">, </w:t>
      </w:r>
      <w:proofErr w:type="spellStart"/>
      <w:r w:rsidRPr="006A445F">
        <w:rPr>
          <w:lang w:val="it-IT"/>
        </w:rPr>
        <w:t>aby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można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było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szybko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rozpocząć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korzystanie</w:t>
      </w:r>
      <w:proofErr w:type="spellEnd"/>
      <w:r w:rsidRPr="006A445F">
        <w:rPr>
          <w:lang w:val="it-IT"/>
        </w:rPr>
        <w:t xml:space="preserve"> z </w:t>
      </w:r>
      <w:proofErr w:type="spellStart"/>
      <w:r w:rsidRPr="006A445F">
        <w:rPr>
          <w:lang w:val="it-IT"/>
        </w:rPr>
        <w:t>portalu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bez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zbędnych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kroków</w:t>
      </w:r>
      <w:proofErr w:type="spellEnd"/>
      <w:r w:rsidRPr="006A445F">
        <w:rPr>
          <w:lang w:val="it-IT"/>
        </w:rPr>
        <w:t>.</w:t>
      </w:r>
    </w:p>
    <w:p w14:paraId="719AD0A8" w14:textId="77777777" w:rsidR="00554838" w:rsidRPr="006A445F" w:rsidRDefault="00554838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Dostęp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portalu</w:t>
      </w:r>
      <w:proofErr w:type="spellEnd"/>
    </w:p>
    <w:p w14:paraId="5B43C0C1" w14:textId="77777777" w:rsidR="00554838" w:rsidRPr="006A445F" w:rsidRDefault="00554838">
      <w:pPr>
        <w:rPr>
          <w:lang w:val="it-IT"/>
        </w:rPr>
      </w:pPr>
    </w:p>
    <w:p w14:paraId="5146928A" w14:textId="77777777" w:rsidR="00554838" w:rsidRPr="006A445F" w:rsidRDefault="00554838">
      <w:pPr>
        <w:rPr>
          <w:lang w:val="it-IT"/>
        </w:rPr>
      </w:pPr>
      <w:r w:rsidRPr="006A445F">
        <w:rPr>
          <w:lang w:val="it-IT"/>
        </w:rPr>
        <w:t xml:space="preserve">Na </w:t>
      </w:r>
      <w:proofErr w:type="spellStart"/>
      <w:r w:rsidRPr="006A445F">
        <w:rPr>
          <w:lang w:val="it-IT"/>
        </w:rPr>
        <w:t>ekranie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startowym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znajdzie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wybór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języka</w:t>
      </w:r>
      <w:proofErr w:type="spellEnd"/>
      <w:r w:rsidRPr="006A445F">
        <w:rPr>
          <w:lang w:val="it-IT"/>
        </w:rPr>
        <w:t xml:space="preserve">, pole </w:t>
      </w:r>
      <w:proofErr w:type="spellStart"/>
      <w:r w:rsidRPr="006A445F">
        <w:rPr>
          <w:lang w:val="it-IT"/>
        </w:rPr>
        <w:t>nazwy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użytkownika</w:t>
      </w:r>
      <w:proofErr w:type="spellEnd"/>
      <w:r w:rsidRPr="006A445F">
        <w:rPr>
          <w:lang w:val="it-IT"/>
        </w:rPr>
        <w:t xml:space="preserve">, pole </w:t>
      </w:r>
      <w:proofErr w:type="spellStart"/>
      <w:r w:rsidRPr="006A445F">
        <w:rPr>
          <w:lang w:val="it-IT"/>
        </w:rPr>
        <w:t>hasła</w:t>
      </w:r>
      <w:proofErr w:type="spellEnd"/>
      <w:r w:rsidRPr="006A445F">
        <w:rPr>
          <w:lang w:val="it-IT"/>
        </w:rPr>
        <w:t xml:space="preserve">, </w:t>
      </w:r>
      <w:proofErr w:type="spellStart"/>
      <w:r w:rsidRPr="006A445F">
        <w:rPr>
          <w:lang w:val="it-IT"/>
        </w:rPr>
        <w:t>opcję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zapamiętania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nazwy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oraz</w:t>
      </w:r>
      <w:proofErr w:type="spellEnd"/>
      <w:r w:rsidRPr="006A445F">
        <w:rPr>
          <w:lang w:val="it-IT"/>
        </w:rPr>
        <w:t xml:space="preserve"> linki do </w:t>
      </w:r>
      <w:proofErr w:type="spellStart"/>
      <w:r w:rsidRPr="006A445F">
        <w:rPr>
          <w:lang w:val="it-IT"/>
        </w:rPr>
        <w:t>nowej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rejestracji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lub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odzyskiwania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hasła</w:t>
      </w:r>
      <w:proofErr w:type="spellEnd"/>
      <w:r w:rsidRPr="006A445F">
        <w:rPr>
          <w:lang w:val="it-IT"/>
        </w:rPr>
        <w:t xml:space="preserve">. </w:t>
      </w:r>
      <w:proofErr w:type="spellStart"/>
      <w:r w:rsidRPr="006A445F">
        <w:rPr>
          <w:lang w:val="it-IT"/>
        </w:rPr>
        <w:t>Dostęp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może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odbywać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się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bezpośrednio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przy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użyciu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adresu</w:t>
      </w:r>
      <w:proofErr w:type="spellEnd"/>
      <w:r w:rsidRPr="006A445F">
        <w:rPr>
          <w:lang w:val="it-IT"/>
        </w:rPr>
        <w:t xml:space="preserve"> </w:t>
      </w:r>
      <w:proofErr w:type="gramStart"/>
      <w:r w:rsidRPr="006A445F">
        <w:rPr>
          <w:lang w:val="it-IT"/>
        </w:rPr>
        <w:t>email</w:t>
      </w:r>
      <w:proofErr w:type="gram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powiązanego</w:t>
      </w:r>
      <w:proofErr w:type="spellEnd"/>
      <w:r w:rsidRPr="006A445F">
        <w:rPr>
          <w:lang w:val="it-IT"/>
        </w:rPr>
        <w:t xml:space="preserve"> z </w:t>
      </w:r>
      <w:proofErr w:type="spellStart"/>
      <w:r w:rsidRPr="006A445F">
        <w:rPr>
          <w:lang w:val="it-IT"/>
        </w:rPr>
        <w:t>kontem</w:t>
      </w:r>
      <w:proofErr w:type="spellEnd"/>
      <w:r w:rsidRPr="006A445F">
        <w:rPr>
          <w:lang w:val="it-IT"/>
        </w:rPr>
        <w:t>.</w:t>
      </w:r>
    </w:p>
    <w:p w14:paraId="1B709D97" w14:textId="77777777" w:rsidR="00554838" w:rsidRPr="006A445F" w:rsidRDefault="00554838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Korzystanie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ze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starej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nazwy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użytkownika</w:t>
      </w:r>
      <w:proofErr w:type="spellEnd"/>
    </w:p>
    <w:p w14:paraId="4A5A5B15" w14:textId="77777777" w:rsidR="00554838" w:rsidRPr="006A445F" w:rsidRDefault="00554838">
      <w:pPr>
        <w:rPr>
          <w:lang w:val="it-IT"/>
        </w:rPr>
      </w:pPr>
    </w:p>
    <w:p w14:paraId="07651B6F" w14:textId="77777777" w:rsidR="00554838" w:rsidRPr="006A445F" w:rsidRDefault="00554838">
      <w:pPr>
        <w:rPr>
          <w:lang w:val="it-IT"/>
        </w:rPr>
      </w:pPr>
      <w:proofErr w:type="spellStart"/>
      <w:r w:rsidRPr="006A445F">
        <w:rPr>
          <w:lang w:val="it-IT"/>
        </w:rPr>
        <w:t>Jeśli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nadal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używa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starej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nazwy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użytkownika</w:t>
      </w:r>
      <w:proofErr w:type="spellEnd"/>
      <w:r w:rsidRPr="006A445F">
        <w:rPr>
          <w:lang w:val="it-IT"/>
        </w:rPr>
        <w:t xml:space="preserve"> z </w:t>
      </w:r>
      <w:proofErr w:type="spellStart"/>
      <w:r w:rsidRPr="006A445F">
        <w:rPr>
          <w:lang w:val="it-IT"/>
        </w:rPr>
        <w:t>poprzedniego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portalu</w:t>
      </w:r>
      <w:proofErr w:type="spellEnd"/>
      <w:r w:rsidRPr="006A445F">
        <w:rPr>
          <w:lang w:val="it-IT"/>
        </w:rPr>
        <w:t xml:space="preserve">, system </w:t>
      </w:r>
      <w:proofErr w:type="spellStart"/>
      <w:r w:rsidRPr="006A445F">
        <w:rPr>
          <w:lang w:val="it-IT"/>
        </w:rPr>
        <w:t>ją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rozpoznaje</w:t>
      </w:r>
      <w:proofErr w:type="spellEnd"/>
      <w:r w:rsidRPr="006A445F">
        <w:rPr>
          <w:lang w:val="it-IT"/>
        </w:rPr>
        <w:t xml:space="preserve"> i </w:t>
      </w:r>
      <w:proofErr w:type="spellStart"/>
      <w:r w:rsidRPr="006A445F">
        <w:rPr>
          <w:lang w:val="it-IT"/>
        </w:rPr>
        <w:t>dopiero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potwierdzeniu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poprawnego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hasła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proponuje</w:t>
      </w:r>
      <w:proofErr w:type="spellEnd"/>
      <w:r w:rsidRPr="006A445F">
        <w:rPr>
          <w:lang w:val="it-IT"/>
        </w:rPr>
        <w:t xml:space="preserve"> </w:t>
      </w:r>
      <w:proofErr w:type="gramStart"/>
      <w:r w:rsidRPr="006A445F">
        <w:rPr>
          <w:lang w:val="it-IT"/>
        </w:rPr>
        <w:t>email</w:t>
      </w:r>
      <w:proofErr w:type="gram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powiązany</w:t>
      </w:r>
      <w:proofErr w:type="spellEnd"/>
      <w:r w:rsidRPr="006A445F">
        <w:rPr>
          <w:lang w:val="it-IT"/>
        </w:rPr>
        <w:t xml:space="preserve"> z </w:t>
      </w:r>
      <w:proofErr w:type="spellStart"/>
      <w:r w:rsidRPr="006A445F">
        <w:rPr>
          <w:lang w:val="it-IT"/>
        </w:rPr>
        <w:t>tym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kontem</w:t>
      </w:r>
      <w:proofErr w:type="spellEnd"/>
      <w:r w:rsidRPr="006A445F">
        <w:rPr>
          <w:lang w:val="it-IT"/>
        </w:rPr>
        <w:t xml:space="preserve">. W </w:t>
      </w:r>
      <w:proofErr w:type="spellStart"/>
      <w:r w:rsidRPr="006A445F">
        <w:rPr>
          <w:lang w:val="it-IT"/>
        </w:rPr>
        <w:t>tym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momencie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wystarczy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potwierdzić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komunikat</w:t>
      </w:r>
      <w:proofErr w:type="spellEnd"/>
      <w:r w:rsidRPr="006A445F">
        <w:rPr>
          <w:lang w:val="it-IT"/>
        </w:rPr>
        <w:t xml:space="preserve">, </w:t>
      </w:r>
      <w:proofErr w:type="spellStart"/>
      <w:r w:rsidRPr="006A445F">
        <w:rPr>
          <w:lang w:val="it-IT"/>
        </w:rPr>
        <w:t>odnaleźć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uzupełniony</w:t>
      </w:r>
      <w:proofErr w:type="spellEnd"/>
      <w:r w:rsidRPr="006A445F">
        <w:rPr>
          <w:lang w:val="it-IT"/>
        </w:rPr>
        <w:t xml:space="preserve"> </w:t>
      </w:r>
      <w:proofErr w:type="gramStart"/>
      <w:r w:rsidRPr="006A445F">
        <w:rPr>
          <w:lang w:val="it-IT"/>
        </w:rPr>
        <w:t>email</w:t>
      </w:r>
      <w:proofErr w:type="gramEnd"/>
      <w:r w:rsidRPr="006A445F">
        <w:rPr>
          <w:lang w:val="it-IT"/>
        </w:rPr>
        <w:t xml:space="preserve"> w </w:t>
      </w:r>
      <w:proofErr w:type="spellStart"/>
      <w:r w:rsidRPr="006A445F">
        <w:rPr>
          <w:lang w:val="it-IT"/>
        </w:rPr>
        <w:t>formularzu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logowania</w:t>
      </w:r>
      <w:proofErr w:type="spellEnd"/>
      <w:r w:rsidRPr="006A445F">
        <w:rPr>
          <w:lang w:val="it-IT"/>
        </w:rPr>
        <w:t xml:space="preserve"> i </w:t>
      </w:r>
      <w:proofErr w:type="spellStart"/>
      <w:r w:rsidRPr="006A445F">
        <w:rPr>
          <w:lang w:val="it-IT"/>
        </w:rPr>
        <w:t>używać</w:t>
      </w:r>
      <w:proofErr w:type="spellEnd"/>
      <w:r w:rsidRPr="006A445F">
        <w:rPr>
          <w:lang w:val="it-IT"/>
        </w:rPr>
        <w:t xml:space="preserve"> go w </w:t>
      </w:r>
      <w:proofErr w:type="spellStart"/>
      <w:r w:rsidRPr="006A445F">
        <w:rPr>
          <w:lang w:val="it-IT"/>
        </w:rPr>
        <w:t>przyszłości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jako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właściwego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identyfikatora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dostępu</w:t>
      </w:r>
      <w:proofErr w:type="spellEnd"/>
      <w:r w:rsidRPr="006A445F">
        <w:rPr>
          <w:lang w:val="it-IT"/>
        </w:rPr>
        <w:t>.</w:t>
      </w:r>
    </w:p>
    <w:p w14:paraId="4CDA2CE4" w14:textId="77777777" w:rsidR="00554838" w:rsidRPr="006A445F" w:rsidRDefault="00554838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Zapomniane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hasło</w:t>
      </w:r>
      <w:proofErr w:type="spellEnd"/>
    </w:p>
    <w:p w14:paraId="68F9102D" w14:textId="77777777" w:rsidR="00554838" w:rsidRPr="006A445F" w:rsidRDefault="00554838">
      <w:pPr>
        <w:rPr>
          <w:lang w:val="it-IT"/>
        </w:rPr>
      </w:pPr>
    </w:p>
    <w:p w14:paraId="35EE7706" w14:textId="77777777" w:rsidR="00554838" w:rsidRPr="006A445F" w:rsidRDefault="00554838">
      <w:pPr>
        <w:rPr>
          <w:lang w:val="it-IT"/>
        </w:rPr>
      </w:pPr>
      <w:r w:rsidRPr="006A445F">
        <w:rPr>
          <w:lang w:val="it-IT"/>
        </w:rPr>
        <w:t xml:space="preserve">Z </w:t>
      </w:r>
      <w:proofErr w:type="spellStart"/>
      <w:r w:rsidRPr="006A445F">
        <w:rPr>
          <w:lang w:val="it-IT"/>
        </w:rPr>
        <w:t>linku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Zapomniane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hasło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można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uruchomić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procedurę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odzyskiwania</w:t>
      </w:r>
      <w:proofErr w:type="spellEnd"/>
      <w:r w:rsidRPr="006A445F">
        <w:rPr>
          <w:lang w:val="it-IT"/>
        </w:rPr>
        <w:t xml:space="preserve">. </w:t>
      </w:r>
      <w:proofErr w:type="spellStart"/>
      <w:r w:rsidRPr="006A445F">
        <w:rPr>
          <w:lang w:val="it-IT"/>
        </w:rPr>
        <w:t>Jeśli</w:t>
      </w:r>
      <w:proofErr w:type="spellEnd"/>
      <w:r w:rsidRPr="006A445F">
        <w:rPr>
          <w:lang w:val="it-IT"/>
        </w:rPr>
        <w:t xml:space="preserve"> w </w:t>
      </w:r>
      <w:proofErr w:type="spellStart"/>
      <w:r w:rsidRPr="006A445F">
        <w:rPr>
          <w:lang w:val="it-IT"/>
        </w:rPr>
        <w:t>polu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logowania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znajduje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się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już</w:t>
      </w:r>
      <w:proofErr w:type="spellEnd"/>
      <w:r w:rsidRPr="006A445F">
        <w:rPr>
          <w:lang w:val="it-IT"/>
        </w:rPr>
        <w:t xml:space="preserve"> </w:t>
      </w:r>
      <w:proofErr w:type="gramStart"/>
      <w:r w:rsidRPr="006A445F">
        <w:rPr>
          <w:lang w:val="it-IT"/>
        </w:rPr>
        <w:t>email</w:t>
      </w:r>
      <w:proofErr w:type="gramEnd"/>
      <w:r w:rsidRPr="006A445F">
        <w:rPr>
          <w:lang w:val="it-IT"/>
        </w:rPr>
        <w:t xml:space="preserve">, system </w:t>
      </w:r>
      <w:proofErr w:type="spellStart"/>
      <w:r w:rsidRPr="006A445F">
        <w:rPr>
          <w:lang w:val="it-IT"/>
        </w:rPr>
        <w:t>automatycznie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przenosi</w:t>
      </w:r>
      <w:proofErr w:type="spellEnd"/>
      <w:r w:rsidRPr="006A445F">
        <w:rPr>
          <w:lang w:val="it-IT"/>
        </w:rPr>
        <w:t xml:space="preserve"> go do </w:t>
      </w:r>
      <w:proofErr w:type="spellStart"/>
      <w:r w:rsidRPr="006A445F">
        <w:rPr>
          <w:lang w:val="it-IT"/>
        </w:rPr>
        <w:t>strony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odzyskiwania</w:t>
      </w:r>
      <w:proofErr w:type="spellEnd"/>
      <w:r w:rsidRPr="006A445F">
        <w:rPr>
          <w:lang w:val="it-IT"/>
        </w:rPr>
        <w:t xml:space="preserve">; w </w:t>
      </w:r>
      <w:proofErr w:type="spellStart"/>
      <w:r w:rsidRPr="006A445F">
        <w:rPr>
          <w:lang w:val="it-IT"/>
        </w:rPr>
        <w:t>przeciwnym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razie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użytkownik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może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wpisać</w:t>
      </w:r>
      <w:proofErr w:type="spellEnd"/>
      <w:r w:rsidRPr="006A445F">
        <w:rPr>
          <w:lang w:val="it-IT"/>
        </w:rPr>
        <w:t xml:space="preserve"> go </w:t>
      </w:r>
      <w:proofErr w:type="spellStart"/>
      <w:r w:rsidRPr="006A445F">
        <w:rPr>
          <w:lang w:val="it-IT"/>
        </w:rPr>
        <w:t>ręcznie</w:t>
      </w:r>
      <w:proofErr w:type="spellEnd"/>
      <w:r w:rsidRPr="006A445F">
        <w:rPr>
          <w:lang w:val="it-IT"/>
        </w:rPr>
        <w:t xml:space="preserve"> i </w:t>
      </w:r>
      <w:proofErr w:type="spellStart"/>
      <w:r w:rsidRPr="006A445F">
        <w:rPr>
          <w:lang w:val="it-IT"/>
        </w:rPr>
        <w:t>postępować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zgodnie</w:t>
      </w:r>
      <w:proofErr w:type="spellEnd"/>
      <w:r w:rsidRPr="006A445F">
        <w:rPr>
          <w:lang w:val="it-IT"/>
        </w:rPr>
        <w:t xml:space="preserve"> z </w:t>
      </w:r>
      <w:proofErr w:type="spellStart"/>
      <w:r w:rsidRPr="006A445F">
        <w:rPr>
          <w:lang w:val="it-IT"/>
        </w:rPr>
        <w:t>instrukcjami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otrzymanymi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emailem</w:t>
      </w:r>
      <w:proofErr w:type="spellEnd"/>
      <w:r w:rsidRPr="006A445F">
        <w:rPr>
          <w:lang w:val="it-IT"/>
        </w:rPr>
        <w:t>.</w:t>
      </w:r>
    </w:p>
    <w:p w14:paraId="1858F181" w14:textId="77777777" w:rsidR="00554838" w:rsidRPr="006A445F" w:rsidRDefault="00554838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Pierwsze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logowanie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numer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VAT</w:t>
      </w:r>
    </w:p>
    <w:p w14:paraId="2735B0EA" w14:textId="77777777" w:rsidR="00554838" w:rsidRPr="006A445F" w:rsidRDefault="00554838">
      <w:pPr>
        <w:rPr>
          <w:lang w:val="it-IT"/>
        </w:rPr>
      </w:pPr>
    </w:p>
    <w:p w14:paraId="51D0CCAF" w14:textId="77777777" w:rsidR="00554838" w:rsidRPr="006A445F" w:rsidRDefault="00554838">
      <w:pPr>
        <w:rPr>
          <w:lang w:val="it-IT"/>
        </w:rPr>
      </w:pPr>
      <w:proofErr w:type="spellStart"/>
      <w:r w:rsidRPr="006A445F">
        <w:rPr>
          <w:lang w:val="it-IT"/>
        </w:rPr>
        <w:lastRenderedPageBreak/>
        <w:t>Jeśli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konto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jest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prawidłowe</w:t>
      </w:r>
      <w:proofErr w:type="spellEnd"/>
      <w:r w:rsidRPr="006A445F">
        <w:rPr>
          <w:lang w:val="it-IT"/>
        </w:rPr>
        <w:t xml:space="preserve">, </w:t>
      </w:r>
      <w:proofErr w:type="spellStart"/>
      <w:r w:rsidRPr="006A445F">
        <w:rPr>
          <w:lang w:val="it-IT"/>
        </w:rPr>
        <w:t>ale</w:t>
      </w:r>
      <w:proofErr w:type="spellEnd"/>
      <w:r w:rsidRPr="006A445F">
        <w:rPr>
          <w:lang w:val="it-IT"/>
        </w:rPr>
        <w:t xml:space="preserve"> w </w:t>
      </w:r>
      <w:proofErr w:type="spellStart"/>
      <w:r w:rsidRPr="006A445F">
        <w:rPr>
          <w:lang w:val="it-IT"/>
        </w:rPr>
        <w:t>danych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firmy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brakuje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numeru</w:t>
      </w:r>
      <w:proofErr w:type="spellEnd"/>
      <w:r w:rsidRPr="006A445F">
        <w:rPr>
          <w:lang w:val="it-IT"/>
        </w:rPr>
        <w:t xml:space="preserve"> VAT, </w:t>
      </w:r>
      <w:proofErr w:type="spellStart"/>
      <w:r w:rsidRPr="006A445F">
        <w:rPr>
          <w:lang w:val="it-IT"/>
        </w:rPr>
        <w:t>dostęp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zostaje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chwilowo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zatrzymany</w:t>
      </w:r>
      <w:proofErr w:type="spellEnd"/>
      <w:r w:rsidRPr="006A445F">
        <w:rPr>
          <w:lang w:val="it-IT"/>
        </w:rPr>
        <w:t xml:space="preserve"> i </w:t>
      </w:r>
      <w:proofErr w:type="spellStart"/>
      <w:r w:rsidRPr="006A445F">
        <w:rPr>
          <w:lang w:val="it-IT"/>
        </w:rPr>
        <w:t>użytkownik</w:t>
      </w:r>
      <w:proofErr w:type="spellEnd"/>
      <w:r w:rsidRPr="006A445F">
        <w:rPr>
          <w:lang w:val="it-IT"/>
        </w:rPr>
        <w:t xml:space="preserve"> musi </w:t>
      </w:r>
      <w:proofErr w:type="spellStart"/>
      <w:r w:rsidRPr="006A445F">
        <w:rPr>
          <w:lang w:val="it-IT"/>
        </w:rPr>
        <w:t>uzupełnić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tę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informację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przed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przejściem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dalej</w:t>
      </w:r>
      <w:proofErr w:type="spellEnd"/>
      <w:r w:rsidRPr="006A445F">
        <w:rPr>
          <w:lang w:val="it-IT"/>
        </w:rPr>
        <w:t xml:space="preserve">. </w:t>
      </w:r>
      <w:proofErr w:type="spellStart"/>
      <w:r w:rsidRPr="006A445F">
        <w:rPr>
          <w:lang w:val="it-IT"/>
        </w:rPr>
        <w:t>Dla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firm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włoskich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wartość</w:t>
      </w:r>
      <w:proofErr w:type="spellEnd"/>
      <w:r w:rsidRPr="006A445F">
        <w:rPr>
          <w:lang w:val="it-IT"/>
        </w:rPr>
        <w:t xml:space="preserve"> musi </w:t>
      </w:r>
      <w:proofErr w:type="spellStart"/>
      <w:r w:rsidRPr="006A445F">
        <w:rPr>
          <w:lang w:val="it-IT"/>
        </w:rPr>
        <w:t>zaczynać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się</w:t>
      </w:r>
      <w:proofErr w:type="spellEnd"/>
      <w:r w:rsidRPr="006A445F">
        <w:rPr>
          <w:lang w:val="it-IT"/>
        </w:rPr>
        <w:t xml:space="preserve"> od IT; </w:t>
      </w:r>
      <w:proofErr w:type="spellStart"/>
      <w:r w:rsidRPr="006A445F">
        <w:rPr>
          <w:lang w:val="it-IT"/>
        </w:rPr>
        <w:t>dla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firm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zagranicznych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pierwsze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dwa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znaki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muszą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być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literami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kraju</w:t>
      </w:r>
      <w:proofErr w:type="spellEnd"/>
      <w:r w:rsidRPr="006A445F">
        <w:rPr>
          <w:lang w:val="it-IT"/>
        </w:rPr>
        <w:t xml:space="preserve">, a </w:t>
      </w:r>
      <w:proofErr w:type="spellStart"/>
      <w:r w:rsidRPr="006A445F">
        <w:rPr>
          <w:lang w:val="it-IT"/>
        </w:rPr>
        <w:t>po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nich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powinien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występować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dalszy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ciąg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numeru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podatkowego</w:t>
      </w:r>
      <w:proofErr w:type="spellEnd"/>
      <w:r w:rsidRPr="006A445F">
        <w:rPr>
          <w:lang w:val="it-IT"/>
        </w:rPr>
        <w:t>.</w:t>
      </w:r>
    </w:p>
    <w:p w14:paraId="2EC5481F" w14:textId="77777777" w:rsidR="00554838" w:rsidRPr="006A445F" w:rsidRDefault="00554838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Uwagi</w:t>
      </w:r>
      <w:proofErr w:type="spellEnd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6A445F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operacyjne</w:t>
      </w:r>
      <w:proofErr w:type="spellEnd"/>
    </w:p>
    <w:p w14:paraId="616C8695" w14:textId="77777777" w:rsidR="00554838" w:rsidRPr="006A445F" w:rsidRDefault="00554838">
      <w:pPr>
        <w:rPr>
          <w:lang w:val="it-IT"/>
        </w:rPr>
      </w:pPr>
    </w:p>
    <w:p w14:paraId="1B73DA3F" w14:textId="77777777" w:rsidR="00554838" w:rsidRPr="006A445F" w:rsidRDefault="00554838">
      <w:pPr>
        <w:rPr>
          <w:lang w:val="it-IT"/>
        </w:rPr>
      </w:pPr>
      <w:r w:rsidRPr="006A445F">
        <w:rPr>
          <w:lang w:val="it-IT"/>
        </w:rPr>
        <w:t xml:space="preserve">Aby </w:t>
      </w:r>
      <w:proofErr w:type="spellStart"/>
      <w:r w:rsidRPr="006A445F">
        <w:rPr>
          <w:lang w:val="it-IT"/>
        </w:rPr>
        <w:t>poprawnie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korzystać</w:t>
      </w:r>
      <w:proofErr w:type="spellEnd"/>
      <w:r w:rsidRPr="006A445F">
        <w:rPr>
          <w:lang w:val="it-IT"/>
        </w:rPr>
        <w:t xml:space="preserve"> z </w:t>
      </w:r>
      <w:proofErr w:type="spellStart"/>
      <w:r w:rsidRPr="006A445F">
        <w:rPr>
          <w:lang w:val="it-IT"/>
        </w:rPr>
        <w:t>portalu</w:t>
      </w:r>
      <w:proofErr w:type="spellEnd"/>
      <w:r w:rsidRPr="006A445F">
        <w:rPr>
          <w:lang w:val="it-IT"/>
        </w:rPr>
        <w:t xml:space="preserve">, </w:t>
      </w:r>
      <w:proofErr w:type="spellStart"/>
      <w:r w:rsidRPr="006A445F">
        <w:rPr>
          <w:lang w:val="it-IT"/>
        </w:rPr>
        <w:t>zaleca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się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zawsze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logować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emailem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potwierdzonym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przez</w:t>
      </w:r>
      <w:proofErr w:type="spellEnd"/>
      <w:r w:rsidRPr="006A445F">
        <w:rPr>
          <w:lang w:val="it-IT"/>
        </w:rPr>
        <w:t xml:space="preserve"> system, </w:t>
      </w:r>
      <w:proofErr w:type="spellStart"/>
      <w:r w:rsidRPr="006A445F">
        <w:rPr>
          <w:lang w:val="it-IT"/>
        </w:rPr>
        <w:t>sprawdzać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spójność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danych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profilu</w:t>
      </w:r>
      <w:proofErr w:type="spellEnd"/>
      <w:r w:rsidRPr="006A445F">
        <w:rPr>
          <w:lang w:val="it-IT"/>
        </w:rPr>
        <w:t xml:space="preserve"> i </w:t>
      </w:r>
      <w:proofErr w:type="spellStart"/>
      <w:r w:rsidRPr="006A445F">
        <w:rPr>
          <w:lang w:val="it-IT"/>
        </w:rPr>
        <w:t>wylogowywać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się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po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zakończeniu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pracy</w:t>
      </w:r>
      <w:proofErr w:type="spellEnd"/>
      <w:r w:rsidRPr="006A445F">
        <w:rPr>
          <w:lang w:val="it-IT"/>
        </w:rPr>
        <w:t xml:space="preserve">, </w:t>
      </w:r>
      <w:proofErr w:type="spellStart"/>
      <w:r w:rsidRPr="006A445F">
        <w:rPr>
          <w:lang w:val="it-IT"/>
        </w:rPr>
        <w:t>zwłaszcza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na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urządzeniach</w:t>
      </w:r>
      <w:proofErr w:type="spellEnd"/>
      <w:r w:rsidRPr="006A445F">
        <w:rPr>
          <w:lang w:val="it-IT"/>
        </w:rPr>
        <w:t xml:space="preserve"> </w:t>
      </w:r>
      <w:proofErr w:type="spellStart"/>
      <w:r w:rsidRPr="006A445F">
        <w:rPr>
          <w:lang w:val="it-IT"/>
        </w:rPr>
        <w:t>współdzielonych</w:t>
      </w:r>
      <w:proofErr w:type="spellEnd"/>
      <w:r w:rsidRPr="006A445F">
        <w:rPr>
          <w:lang w:val="it-IT"/>
        </w:rPr>
        <w:t>.</w:t>
      </w:r>
    </w:p>
    <w:sectPr w:rsidR="00C42FA8" w:rsidRPr="006A44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1741751">
    <w:abstractNumId w:val="8"/>
  </w:num>
  <w:num w:numId="2" w16cid:durableId="332297513">
    <w:abstractNumId w:val="6"/>
  </w:num>
  <w:num w:numId="3" w16cid:durableId="1070930562">
    <w:abstractNumId w:val="5"/>
  </w:num>
  <w:num w:numId="4" w16cid:durableId="938298240">
    <w:abstractNumId w:val="4"/>
  </w:num>
  <w:num w:numId="5" w16cid:durableId="1581987998">
    <w:abstractNumId w:val="7"/>
  </w:num>
  <w:num w:numId="6" w16cid:durableId="502941634">
    <w:abstractNumId w:val="3"/>
  </w:num>
  <w:num w:numId="7" w16cid:durableId="1963919192">
    <w:abstractNumId w:val="2"/>
  </w:num>
  <w:num w:numId="8" w16cid:durableId="1576092104">
    <w:abstractNumId w:val="1"/>
  </w:num>
  <w:num w:numId="9" w16cid:durableId="61547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4838"/>
    <w:rsid w:val="005B2E77"/>
    <w:rsid w:val="006A445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94DB34E-06C6-4C28-B727-2ADB71AF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1602</Characters>
  <Application>Microsoft Office Word</Application>
  <DocSecurity>0</DocSecurity>
  <Lines>38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Niccolò Girardi</cp:lastModifiedBy>
  <cp:revision>2</cp:revision>
  <dcterms:created xsi:type="dcterms:W3CDTF">2013-12-23T23:15:00Z</dcterms:created>
  <dcterms:modified xsi:type="dcterms:W3CDTF">2026-05-28T06:49:00Z</dcterms:modified>
  <cp:category/>
</cp:coreProperties>
</file>